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EBB6" w14:textId="074E812B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21376B">
        <w:rPr>
          <w:rFonts w:asciiTheme="majorHAnsi" w:hAnsiTheme="majorHAnsi" w:cstheme="majorHAnsi"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80ED09" wp14:editId="3D3909FB">
            <wp:simplePos x="0" y="0"/>
            <wp:positionH relativeFrom="page">
              <wp:align>left</wp:align>
            </wp:positionH>
            <wp:positionV relativeFrom="paragraph">
              <wp:posOffset>-874207</wp:posOffset>
            </wp:positionV>
            <wp:extent cx="7767209" cy="10007385"/>
            <wp:effectExtent l="0" t="0" r="5715" b="0"/>
            <wp:wrapNone/>
            <wp:docPr id="89157754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77541" name="Picture 891577541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209" cy="100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F308F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03990944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5C3DB013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0CAAD90F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24BB0B90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3245AC7C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5A30F412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40367E3D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08153C86" w14:textId="1A81C8C9" w:rsidR="0021376B" w:rsidRPr="00E25515" w:rsidRDefault="00E25515" w:rsidP="00117F2F">
      <w:pPr>
        <w:spacing w:after="0"/>
        <w:jc w:val="center"/>
        <w:rPr>
          <w:rFonts w:asciiTheme="majorHAnsi" w:hAnsiTheme="majorHAnsi" w:cstheme="majorHAnsi"/>
          <w:b/>
          <w:bCs/>
          <w:color w:val="FF0000"/>
          <w:sz w:val="80"/>
          <w:szCs w:val="80"/>
        </w:rPr>
      </w:pPr>
      <w:r>
        <w:rPr>
          <w:rFonts w:asciiTheme="majorHAnsi" w:hAnsiTheme="majorHAnsi" w:cstheme="majorHAnsi"/>
          <w:b/>
          <w:bCs/>
          <w:color w:val="FF0000"/>
          <w:sz w:val="80"/>
          <w:szCs w:val="80"/>
        </w:rPr>
        <w:t>Quality Assurance Checklist</w:t>
      </w:r>
    </w:p>
    <w:p w14:paraId="1E476CD5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167A63B5" w14:textId="7317771C" w:rsidR="0021376B" w:rsidRPr="00E25515" w:rsidRDefault="00E25515" w:rsidP="00117F2F">
      <w:pPr>
        <w:spacing w:after="0"/>
        <w:jc w:val="center"/>
        <w:rPr>
          <w:rFonts w:asciiTheme="majorHAnsi" w:hAnsiTheme="majorHAnsi" w:cstheme="majorHAnsi"/>
          <w:i/>
          <w:iCs/>
          <w:color w:val="FF0000"/>
          <w:sz w:val="36"/>
          <w:szCs w:val="36"/>
        </w:rPr>
      </w:pPr>
      <w:r w:rsidRPr="00E25515">
        <w:rPr>
          <w:rFonts w:asciiTheme="majorHAnsi" w:hAnsiTheme="majorHAnsi" w:cstheme="majorHAnsi"/>
          <w:i/>
          <w:iCs/>
          <w:color w:val="FF0000"/>
          <w:sz w:val="36"/>
          <w:szCs w:val="36"/>
        </w:rPr>
        <w:t xml:space="preserve">A checklist to ensure </w:t>
      </w:r>
      <w:r>
        <w:rPr>
          <w:rFonts w:asciiTheme="majorHAnsi" w:hAnsiTheme="majorHAnsi" w:cstheme="majorHAnsi"/>
          <w:i/>
          <w:iCs/>
          <w:color w:val="FF0000"/>
          <w:sz w:val="36"/>
          <w:szCs w:val="36"/>
        </w:rPr>
        <w:t>the</w:t>
      </w:r>
      <w:r w:rsidRPr="00E25515">
        <w:rPr>
          <w:rFonts w:asciiTheme="majorHAnsi" w:hAnsiTheme="majorHAnsi" w:cstheme="majorHAnsi"/>
          <w:i/>
          <w:iCs/>
          <w:color w:val="FF0000"/>
          <w:sz w:val="36"/>
          <w:szCs w:val="36"/>
        </w:rPr>
        <w:t xml:space="preserve"> quality assurance of your evaluation activity. </w:t>
      </w:r>
    </w:p>
    <w:p w14:paraId="3FDD2D4E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184CD32E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1359606C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0CBFC076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4E673453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428CE4F6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3CAED408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68FC7F3F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5D092A2B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76766284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7F8E798E" w14:textId="77777777" w:rsidR="00E25515" w:rsidRDefault="00E25515" w:rsidP="0021376B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274D064F" w14:textId="77777777" w:rsidR="00E25515" w:rsidRDefault="00E25515" w:rsidP="0021376B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33AF7BDD" w14:textId="17DA2869" w:rsidR="0021376B" w:rsidRPr="0021376B" w:rsidRDefault="0021376B" w:rsidP="0021376B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21376B">
        <w:rPr>
          <w:rFonts w:asciiTheme="majorHAnsi" w:hAnsiTheme="majorHAnsi" w:cstheme="majorHAnsi"/>
          <w:i/>
          <w:iCs/>
          <w:sz w:val="28"/>
          <w:szCs w:val="28"/>
        </w:rPr>
        <w:t>.</w:t>
      </w:r>
    </w:p>
    <w:p w14:paraId="5A34F312" w14:textId="77777777" w:rsidR="0021376B" w:rsidRPr="0021376B" w:rsidRDefault="0021376B" w:rsidP="00117F2F">
      <w:pPr>
        <w:spacing w:after="0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520E46E1" w14:textId="77777777" w:rsidR="00872632" w:rsidRPr="00117944" w:rsidRDefault="00000000" w:rsidP="00117F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lastRenderedPageBreak/>
        <w:t>Audit</w:t>
      </w:r>
    </w:p>
    <w:p w14:paraId="12B51C89" w14:textId="77777777" w:rsidR="009E0E5B" w:rsidRPr="0021376B" w:rsidRDefault="009E0E5B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0052AF1E" w14:textId="77777777" w:rsidR="009E0E5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mapped your current service offer against the YMCA service themes and strand structure (Strand 1, 2 or 3)? </w:t>
      </w:r>
      <w:bookmarkStart w:id="0" w:name="_Hlk198892104"/>
      <w:r w:rsidR="00872632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bookmarkEnd w:id="0"/>
      <w:r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872632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872632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872632" w:rsidRPr="0021376B">
        <w:rPr>
          <w:rFonts w:asciiTheme="majorHAnsi" w:hAnsiTheme="majorHAnsi" w:cstheme="majorHAnsi"/>
          <w:sz w:val="28"/>
          <w:szCs w:val="28"/>
        </w:rPr>
        <w:t xml:space="preserve"> </w:t>
      </w:r>
      <w:r w:rsidRPr="0021376B">
        <w:rPr>
          <w:rFonts w:asciiTheme="majorHAnsi" w:hAnsiTheme="majorHAnsi" w:cstheme="majorHAnsi"/>
          <w:sz w:val="28"/>
          <w:szCs w:val="28"/>
        </w:rPr>
        <w:t>Not relevant</w:t>
      </w:r>
    </w:p>
    <w:p w14:paraId="10CEEA7C" w14:textId="277B3B8F" w:rsidR="009E0E5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identified the portfolio of services relevant to this evaluation (e.g. all Strand programmes in the Youth Services theme)?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3555BBDC" w14:textId="1EED7BCE" w:rsidR="009E0E5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confirmed how long each programme runs and the level of contact with young people?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0F9989DA" w14:textId="77777777" w:rsidR="009E0E5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recorded the mapping date and named the person responsible?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3DDE85BB" w14:textId="45E139F4" w:rsidR="009E0E5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Has a peer reviewed your strand allocations to confirm consistency?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E0E5B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E0E5B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7B639E40" w14:textId="77777777" w:rsidR="009E0E5B" w:rsidRPr="0021376B" w:rsidRDefault="009E0E5B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40034C37" w14:textId="77777777" w:rsidR="009E0E5B" w:rsidRPr="0021376B" w:rsidRDefault="00000000" w:rsidP="00117F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21376B">
        <w:rPr>
          <w:rFonts w:asciiTheme="majorHAnsi" w:hAnsiTheme="majorHAnsi" w:cstheme="majorHAnsi"/>
          <w:b/>
          <w:bCs/>
          <w:color w:val="FF0000"/>
          <w:sz w:val="32"/>
          <w:szCs w:val="32"/>
        </w:rPr>
        <w:t>Outcomes Selection</w:t>
      </w:r>
    </w:p>
    <w:p w14:paraId="667CB6C0" w14:textId="77777777" w:rsidR="007A213B" w:rsidRPr="0021376B" w:rsidRDefault="007A213B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6D57242F" w14:textId="10D39B21" w:rsidR="007A213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selected outcomes that are relevant to the strand (e.g. pre/post outcomes for Strand 2)?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337FBC1C" w14:textId="203D1A32" w:rsidR="007A213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chosen indicators that match the skills or changes your programme aims to deliver?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B3B54DB" w14:textId="77777777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documented your outcome selections and provided a rationale for each?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763954FF" w14:textId="4DCA76C5" w:rsidR="007A213B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Has your outcome selection been reviewed and signed off by a manager or evaluation lead?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15132882" w14:textId="77777777" w:rsidR="00524421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the primary reason for this evaluation (e.g. performance improvement, service development, accountability, funding evidence)?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524421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524421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06C953EE" w14:textId="77777777" w:rsidR="002C0850" w:rsidRPr="0021376B" w:rsidRDefault="002C0850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51560BF2" w14:textId="77777777" w:rsidR="0089200C" w:rsidRPr="00117944" w:rsidRDefault="00000000" w:rsidP="00117F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t>Evaluation Design</w:t>
      </w:r>
    </w:p>
    <w:p w14:paraId="3DC52CBA" w14:textId="77777777" w:rsidR="0089200C" w:rsidRPr="0021376B" w:rsidRDefault="0089200C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5D476B85" w14:textId="64A53138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decided what data collection methods to use (e.g. surveys, case notes, participatory methods)?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D33130C" w14:textId="77777777" w:rsidR="00A7219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scheduled baseline and endpoint data collection (for Strands 1 and 2)?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516A5035" w14:textId="50DEE25E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planned how to capture qualitative insight (e.g. follow-up interviews, case stories)?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A7219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A7219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3C6DF625" w14:textId="1EB3708C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completed a short evaluation plan including timeline, methods, and sample size?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4E2FFE56" w14:textId="77777777" w:rsidR="00997507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completed a consent and GDPR compliance check?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555567C" w14:textId="1C6C4E9E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Is a consent form in place and ready for use?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50B7EB26" w14:textId="77777777" w:rsidR="00997507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all GDPR issues (e.g. lawful basis, data storage, retention) been resolved?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0067A99B" w14:textId="2EBE1560" w:rsidR="0089200C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considered safeguarding in the evaluation design (including risks, staff competency, and age-appropriateness)?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997507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997507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1A5F50FB" w14:textId="77777777" w:rsidR="00045C9D" w:rsidRPr="0021376B" w:rsidRDefault="00045C9D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0962332D" w14:textId="77777777" w:rsidR="00045C9D" w:rsidRPr="00117944" w:rsidRDefault="00000000" w:rsidP="00117F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t>Tool Design</w:t>
      </w:r>
    </w:p>
    <w:p w14:paraId="4ABC889D" w14:textId="77777777" w:rsidR="00045C9D" w:rsidRPr="0021376B" w:rsidRDefault="00045C9D" w:rsidP="00117F2F">
      <w:pPr>
        <w:spacing w:after="0"/>
        <w:rPr>
          <w:rFonts w:asciiTheme="majorHAnsi" w:hAnsiTheme="majorHAnsi" w:cstheme="majorHAnsi"/>
          <w:sz w:val="28"/>
          <w:szCs w:val="28"/>
        </w:rPr>
      </w:pPr>
    </w:p>
    <w:p w14:paraId="6C8C3E00" w14:textId="77777777" w:rsidR="00117F2F" w:rsidRPr="0021376B" w:rsidRDefault="00000000" w:rsidP="006D1267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which tools are required for this strand and how they will be used (e.g. survey vs case review)?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49B6125D" w14:textId="0688FF09" w:rsidR="00117F2F" w:rsidRPr="0021376B" w:rsidRDefault="00000000" w:rsidP="006D1267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how to ensure the tools capture the right information for the outcome indicators you’ve chosen?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BA9531A" w14:textId="1B2113CB" w:rsidR="00117F2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which version of the template you are using and how to complete each tab (Baseline, Endpoint, Analysis, Stat Test)?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DF3CA86" w14:textId="26EE2999" w:rsidR="00117F2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added dropdowns, formulas, and scale categories to the Excel sheet correctly?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52916A60" w14:textId="36AD66B3" w:rsidR="00117F2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ensured demographic data is captured in every workbook (ID, Age, Gender, Disability)?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53D3A6AC" w14:textId="77777777" w:rsidR="00117F2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the tools been tested by a second person for technical functionality?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3C4E93B9" w14:textId="6A642A85" w:rsidR="00117F2F" w:rsidRPr="0021376B" w:rsidRDefault="00000000" w:rsidP="00117F2F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questions been piloted with young people for clarity and relevance?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117F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117F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21140861" w14:textId="77777777" w:rsidR="00117F2F" w:rsidRPr="0021376B" w:rsidRDefault="00117F2F" w:rsidP="00117F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4F91A4A3" w14:textId="77777777" w:rsidR="004A61CD" w:rsidRPr="00117944" w:rsidRDefault="00000000" w:rsidP="00117F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t>Sampling</w:t>
      </w:r>
    </w:p>
    <w:p w14:paraId="556EDCC1" w14:textId="77777777" w:rsidR="004A61CD" w:rsidRPr="0021376B" w:rsidRDefault="004A61CD" w:rsidP="004A61CD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4EAB799C" w14:textId="6F567024" w:rsidR="004A61CD" w:rsidRPr="0021376B" w:rsidRDefault="00000000" w:rsidP="004A61C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the sample size and rationale for this evaluation (e.g. all participants, targeted group, random selection)?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2B1F1556" w14:textId="77777777" w:rsidR="00B5484D" w:rsidRPr="0021376B" w:rsidRDefault="00000000" w:rsidP="004A61C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how to avoid over-sampling young people who use multiple services?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726D294D" w14:textId="3930190D" w:rsidR="00CA34A7" w:rsidRPr="0021376B" w:rsidRDefault="00000000" w:rsidP="004A61C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For Strand 3: Are you clear on how to select a representative sample of case notes?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410C175F" w14:textId="5C1A0102" w:rsidR="00CA34A7" w:rsidRPr="0021376B" w:rsidRDefault="00000000" w:rsidP="004A61C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kept a sampling log noting who was included/excluded and why?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5E65DF8E" w14:textId="689091AF" w:rsidR="00CA34A7" w:rsidRPr="0021376B" w:rsidRDefault="00000000" w:rsidP="004A61C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conducted a conflict check to ensure no duplication across strands?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B5484D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B5484D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  <w:r w:rsidRPr="0021376B">
        <w:rPr>
          <w:rFonts w:asciiTheme="majorHAnsi" w:hAnsiTheme="majorHAnsi" w:cstheme="majorHAnsi"/>
          <w:sz w:val="28"/>
          <w:szCs w:val="28"/>
        </w:rPr>
        <w:br/>
      </w:r>
    </w:p>
    <w:p w14:paraId="6397541C" w14:textId="77777777" w:rsidR="00B5484D" w:rsidRPr="00117944" w:rsidRDefault="00000000" w:rsidP="00B5484D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t>Analysis</w:t>
      </w:r>
    </w:p>
    <w:p w14:paraId="2A867CE3" w14:textId="77777777" w:rsidR="00B5484D" w:rsidRPr="0021376B" w:rsidRDefault="00B5484D" w:rsidP="00B5484D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</w:p>
    <w:p w14:paraId="2EDB25F0" w14:textId="7AD0C1FA" w:rsidR="00B5484D" w:rsidRPr="0021376B" w:rsidRDefault="00000000" w:rsidP="00B5484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which analysis methods will be used and by whom (e.g. Excel formula, manual count, statistical test)?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6867CCC7" w14:textId="7BAEEE52" w:rsidR="00B5484D" w:rsidRPr="0021376B" w:rsidRDefault="00000000" w:rsidP="00B5484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Are you clear on how the Analysis and Stat Test tabs are structured and what results need to be entered?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1FC68B3C" w14:textId="7D238A6C" w:rsidR="00B5484D" w:rsidRPr="0021376B" w:rsidRDefault="00000000" w:rsidP="00B5484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For Strand 3: Are you clear on how to build composite case examples and analyse service pathways?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3D6E0A8A" w14:textId="77777777" w:rsidR="00E10D2F" w:rsidRPr="0021376B" w:rsidRDefault="00000000" w:rsidP="00B5484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Have you validated 10% of survey or case data entries for accuracy?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</w:p>
    <w:p w14:paraId="720C9F62" w14:textId="77777777" w:rsidR="00E10D2F" w:rsidRPr="0021376B" w:rsidRDefault="00000000" w:rsidP="00B5484D">
      <w:pPr>
        <w:pStyle w:val="ListParagraph"/>
        <w:numPr>
          <w:ilvl w:val="1"/>
          <w:numId w:val="12"/>
        </w:num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Has the statistical test and interpretation been independently checked?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Yes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  </w:t>
      </w:r>
      <w:r w:rsidR="00E10D2F" w:rsidRPr="0021376B">
        <w:rPr>
          <w:rFonts w:asciiTheme="majorHAnsi" w:hAnsiTheme="majorHAnsi" w:cstheme="majorHAnsi"/>
          <w:sz w:val="28"/>
          <w:szCs w:val="28"/>
        </w:rPr>
        <w:sym w:font="Wingdings" w:char="F0A8"/>
      </w:r>
      <w:r w:rsidR="00E10D2F" w:rsidRPr="0021376B">
        <w:rPr>
          <w:rFonts w:asciiTheme="majorHAnsi" w:hAnsiTheme="majorHAnsi" w:cstheme="majorHAnsi"/>
          <w:sz w:val="28"/>
          <w:szCs w:val="28"/>
        </w:rPr>
        <w:t xml:space="preserve"> Not relevant</w:t>
      </w:r>
      <w:r w:rsidRPr="0021376B">
        <w:rPr>
          <w:rFonts w:asciiTheme="majorHAnsi" w:hAnsiTheme="majorHAnsi" w:cstheme="majorHAnsi"/>
          <w:sz w:val="28"/>
          <w:szCs w:val="28"/>
        </w:rPr>
        <w:br/>
      </w:r>
    </w:p>
    <w:p w14:paraId="5AB7E9DB" w14:textId="6727FBFC" w:rsidR="00E10D2F" w:rsidRPr="00117944" w:rsidRDefault="00000000" w:rsidP="00E10D2F">
      <w:pPr>
        <w:pStyle w:val="ListParagraph"/>
        <w:numPr>
          <w:ilvl w:val="0"/>
          <w:numId w:val="12"/>
        </w:numPr>
        <w:spacing w:after="0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117944">
        <w:rPr>
          <w:rFonts w:asciiTheme="majorHAnsi" w:hAnsiTheme="majorHAnsi" w:cstheme="majorHAnsi"/>
          <w:b/>
          <w:bCs/>
          <w:color w:val="FF0000"/>
          <w:sz w:val="32"/>
          <w:szCs w:val="32"/>
        </w:rPr>
        <w:t>Manager's Sign-Off</w:t>
      </w:r>
    </w:p>
    <w:p w14:paraId="324EE4C7" w14:textId="77777777" w:rsidR="00E10D2F" w:rsidRPr="0021376B" w:rsidRDefault="00000000" w:rsidP="00E10D2F">
      <w:pPr>
        <w:spacing w:after="0"/>
        <w:rPr>
          <w:rFonts w:asciiTheme="majorHAnsi" w:hAnsiTheme="majorHAnsi" w:cstheme="majorHAnsi"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br/>
        <w:t>Name of manager: ______________________________</w:t>
      </w:r>
      <w:r w:rsidRPr="0021376B">
        <w:rPr>
          <w:rFonts w:asciiTheme="majorHAnsi" w:hAnsiTheme="majorHAnsi" w:cstheme="majorHAnsi"/>
          <w:sz w:val="28"/>
          <w:szCs w:val="28"/>
        </w:rPr>
        <w:br/>
        <w:t>Date of final review: ____________________________</w:t>
      </w:r>
      <w:r w:rsidRPr="0021376B">
        <w:rPr>
          <w:rFonts w:asciiTheme="majorHAnsi" w:hAnsiTheme="majorHAnsi" w:cstheme="majorHAnsi"/>
          <w:sz w:val="28"/>
          <w:szCs w:val="28"/>
        </w:rPr>
        <w:br/>
      </w:r>
    </w:p>
    <w:p w14:paraId="7E0AB556" w14:textId="2081E585" w:rsidR="00117F2F" w:rsidRPr="0021376B" w:rsidRDefault="00000000" w:rsidP="00E10D2F">
      <w:pPr>
        <w:spacing w:after="0"/>
        <w:rPr>
          <w:rFonts w:asciiTheme="majorHAnsi" w:hAnsiTheme="majorHAnsi" w:cstheme="majorHAnsi"/>
          <w:b/>
          <w:bCs/>
          <w:sz w:val="28"/>
          <w:szCs w:val="28"/>
        </w:rPr>
      </w:pPr>
      <w:r w:rsidRPr="0021376B">
        <w:rPr>
          <w:rFonts w:asciiTheme="majorHAnsi" w:hAnsiTheme="majorHAnsi" w:cstheme="majorHAnsi"/>
          <w:sz w:val="28"/>
          <w:szCs w:val="28"/>
        </w:rPr>
        <w:t xml:space="preserve">I confirm that all required stages and QA checks have been completed. </w:t>
      </w:r>
      <w:r w:rsidRPr="0021376B">
        <w:rPr>
          <w:rFonts w:asciiTheme="majorHAnsi" w:hAnsiTheme="majorHAnsi" w:cstheme="majorHAnsi"/>
          <w:sz w:val="28"/>
          <w:szCs w:val="28"/>
        </w:rPr>
        <w:br/>
      </w:r>
      <w:r w:rsidRPr="0021376B">
        <w:rPr>
          <w:rFonts w:asciiTheme="majorHAnsi" w:hAnsiTheme="majorHAnsi" w:cstheme="majorHAnsi"/>
          <w:sz w:val="28"/>
          <w:szCs w:val="28"/>
        </w:rPr>
        <w:br/>
        <w:t>Signature: ____________________________</w:t>
      </w:r>
      <w:r w:rsidRPr="0021376B">
        <w:rPr>
          <w:rFonts w:asciiTheme="majorHAnsi" w:hAnsiTheme="majorHAnsi" w:cstheme="majorHAnsi"/>
          <w:sz w:val="28"/>
          <w:szCs w:val="28"/>
        </w:rPr>
        <w:br/>
      </w:r>
    </w:p>
    <w:sectPr w:rsidR="00117F2F" w:rsidRPr="0021376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DBB648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BF1E72"/>
    <w:multiLevelType w:val="multilevel"/>
    <w:tmpl w:val="FC7021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8A62E06"/>
    <w:multiLevelType w:val="hybridMultilevel"/>
    <w:tmpl w:val="8BACB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CD7667"/>
    <w:multiLevelType w:val="hybridMultilevel"/>
    <w:tmpl w:val="0B2006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616897">
    <w:abstractNumId w:val="8"/>
  </w:num>
  <w:num w:numId="2" w16cid:durableId="2050564586">
    <w:abstractNumId w:val="6"/>
  </w:num>
  <w:num w:numId="3" w16cid:durableId="1759911865">
    <w:abstractNumId w:val="5"/>
  </w:num>
  <w:num w:numId="4" w16cid:durableId="1408307322">
    <w:abstractNumId w:val="4"/>
  </w:num>
  <w:num w:numId="5" w16cid:durableId="150144634">
    <w:abstractNumId w:val="7"/>
  </w:num>
  <w:num w:numId="6" w16cid:durableId="592711331">
    <w:abstractNumId w:val="3"/>
  </w:num>
  <w:num w:numId="7" w16cid:durableId="1356033457">
    <w:abstractNumId w:val="2"/>
  </w:num>
  <w:num w:numId="8" w16cid:durableId="81684933">
    <w:abstractNumId w:val="1"/>
  </w:num>
  <w:num w:numId="9" w16cid:durableId="1330594736">
    <w:abstractNumId w:val="0"/>
  </w:num>
  <w:num w:numId="10" w16cid:durableId="1256400439">
    <w:abstractNumId w:val="11"/>
  </w:num>
  <w:num w:numId="11" w16cid:durableId="53742562">
    <w:abstractNumId w:val="12"/>
  </w:num>
  <w:num w:numId="12" w16cid:durableId="1368219384">
    <w:abstractNumId w:val="10"/>
  </w:num>
  <w:num w:numId="13" w16cid:durableId="1146394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4509"/>
    <w:rsid w:val="00045C9D"/>
    <w:rsid w:val="0006063C"/>
    <w:rsid w:val="00117944"/>
    <w:rsid w:val="00117F2F"/>
    <w:rsid w:val="0015074B"/>
    <w:rsid w:val="0021376B"/>
    <w:rsid w:val="0029639D"/>
    <w:rsid w:val="002C0850"/>
    <w:rsid w:val="00326F90"/>
    <w:rsid w:val="004A61CD"/>
    <w:rsid w:val="004D57FF"/>
    <w:rsid w:val="00505C47"/>
    <w:rsid w:val="00520110"/>
    <w:rsid w:val="00524421"/>
    <w:rsid w:val="006124FC"/>
    <w:rsid w:val="00657398"/>
    <w:rsid w:val="006D1267"/>
    <w:rsid w:val="007A213B"/>
    <w:rsid w:val="00872632"/>
    <w:rsid w:val="0089200C"/>
    <w:rsid w:val="00931721"/>
    <w:rsid w:val="00997507"/>
    <w:rsid w:val="009E0E5B"/>
    <w:rsid w:val="00A7219F"/>
    <w:rsid w:val="00AA1D8D"/>
    <w:rsid w:val="00B47730"/>
    <w:rsid w:val="00B5484D"/>
    <w:rsid w:val="00BD5319"/>
    <w:rsid w:val="00CA34A7"/>
    <w:rsid w:val="00CB0664"/>
    <w:rsid w:val="00D76FBC"/>
    <w:rsid w:val="00E05065"/>
    <w:rsid w:val="00E10D2F"/>
    <w:rsid w:val="00E2551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BB7AE5"/>
  <w14:defaultImageDpi w14:val="300"/>
  <w15:docId w15:val="{09113627-DC93-4253-8234-39BB0EF5B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752</Words>
  <Characters>3918</Characters>
  <Application>Microsoft Office Word</Application>
  <DocSecurity>0</DocSecurity>
  <Lines>139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Jason Pollard</cp:lastModifiedBy>
  <cp:revision>26</cp:revision>
  <dcterms:created xsi:type="dcterms:W3CDTF">2025-05-23T08:40:00Z</dcterms:created>
  <dcterms:modified xsi:type="dcterms:W3CDTF">2025-05-30T09:57:00Z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19f27ea5-2b35-4565-bac3-c31d2ed0ddf3</vt:lpwstr>
  </property>
</Properties>
</file>